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CE794" w14:textId="77777777" w:rsidR="005C7E0D" w:rsidRPr="00FB131A" w:rsidRDefault="004B45D8" w:rsidP="00B906DA">
      <w:pPr>
        <w:pStyle w:val="Ttulo1"/>
        <w:jc w:val="both"/>
        <w:rPr>
          <w:rFonts w:ascii="Times New Roman" w:hAnsi="Times New Roman" w:cs="Times New Roman"/>
          <w:color w:val="auto"/>
          <w:sz w:val="24"/>
          <w:szCs w:val="24"/>
          <w:lang w:val="pt-BR"/>
        </w:rPr>
      </w:pPr>
      <w:r w:rsidRPr="00FB131A">
        <w:rPr>
          <w:rFonts w:ascii="Times New Roman" w:hAnsi="Times New Roman" w:cs="Times New Roman"/>
          <w:color w:val="auto"/>
          <w:sz w:val="24"/>
          <w:szCs w:val="24"/>
          <w:lang w:val="pt-BR"/>
        </w:rPr>
        <w:t>FORMULÁRIO DE SOLICITAÇÃO DE PERFIL PROFISSIOGRÁFICO PREVIDENCIÁRIO (PPP)</w:t>
      </w:r>
    </w:p>
    <w:p w14:paraId="7C5DCA95" w14:textId="77777777" w:rsidR="004824EC" w:rsidRPr="00FB131A" w:rsidRDefault="004824EC" w:rsidP="004824EC">
      <w:pPr>
        <w:rPr>
          <w:rFonts w:ascii="Times New Roman" w:hAnsi="Times New Roman" w:cs="Times New Roman"/>
          <w:sz w:val="24"/>
          <w:szCs w:val="24"/>
          <w:lang w:val="pt-BR"/>
        </w:rPr>
      </w:pPr>
    </w:p>
    <w:p w14:paraId="5B0CD0A9"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Preencha os campos abaixo e encaminhe a documentação indicada para análise da solicitação.</w:t>
      </w:r>
    </w:p>
    <w:p w14:paraId="15ADD091" w14:textId="77777777" w:rsidR="005C7E0D" w:rsidRPr="00FB131A" w:rsidRDefault="004B45D8">
      <w:pPr>
        <w:pStyle w:val="Ttulo2"/>
        <w:rPr>
          <w:rFonts w:ascii="Times New Roman" w:hAnsi="Times New Roman" w:cs="Times New Roman"/>
          <w:color w:val="auto"/>
          <w:sz w:val="24"/>
          <w:szCs w:val="24"/>
          <w:lang w:val="pt-BR"/>
        </w:rPr>
      </w:pPr>
      <w:r w:rsidRPr="00FB131A">
        <w:rPr>
          <w:rFonts w:ascii="Times New Roman" w:hAnsi="Times New Roman" w:cs="Times New Roman"/>
          <w:color w:val="auto"/>
          <w:sz w:val="24"/>
          <w:szCs w:val="24"/>
          <w:lang w:val="pt-BR"/>
        </w:rPr>
        <w:t>1. Dados do Requerente</w:t>
      </w:r>
    </w:p>
    <w:tbl>
      <w:tblPr>
        <w:tblStyle w:val="Tabelacomgrade"/>
        <w:tblW w:w="0" w:type="auto"/>
        <w:jc w:val="center"/>
        <w:tblLook w:val="04A0" w:firstRow="1" w:lastRow="0" w:firstColumn="1" w:lastColumn="0" w:noHBand="0" w:noVBand="1"/>
      </w:tblPr>
      <w:tblGrid>
        <w:gridCol w:w="4316"/>
        <w:gridCol w:w="4314"/>
      </w:tblGrid>
      <w:tr w:rsidR="005C7E0D" w:rsidRPr="00FB131A" w14:paraId="19C5A217" w14:textId="77777777">
        <w:trPr>
          <w:jc w:val="center"/>
        </w:trPr>
        <w:tc>
          <w:tcPr>
            <w:tcW w:w="4320" w:type="dxa"/>
          </w:tcPr>
          <w:p w14:paraId="4827171A"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Nome completo</w:t>
            </w:r>
          </w:p>
        </w:tc>
        <w:tc>
          <w:tcPr>
            <w:tcW w:w="4320" w:type="dxa"/>
          </w:tcPr>
          <w:p w14:paraId="1EAE24C7" w14:textId="77777777" w:rsidR="005C7E0D" w:rsidRPr="00FB131A" w:rsidRDefault="005C7E0D">
            <w:pPr>
              <w:rPr>
                <w:rFonts w:ascii="Times New Roman" w:hAnsi="Times New Roman" w:cs="Times New Roman"/>
                <w:sz w:val="24"/>
                <w:szCs w:val="24"/>
                <w:lang w:val="pt-BR"/>
              </w:rPr>
            </w:pPr>
          </w:p>
        </w:tc>
      </w:tr>
      <w:tr w:rsidR="005C7E0D" w:rsidRPr="00FB131A" w14:paraId="1EA0EAF5" w14:textId="77777777">
        <w:trPr>
          <w:jc w:val="center"/>
        </w:trPr>
        <w:tc>
          <w:tcPr>
            <w:tcW w:w="4320" w:type="dxa"/>
          </w:tcPr>
          <w:p w14:paraId="4DE7FDE2"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CPF</w:t>
            </w:r>
          </w:p>
        </w:tc>
        <w:tc>
          <w:tcPr>
            <w:tcW w:w="4320" w:type="dxa"/>
          </w:tcPr>
          <w:p w14:paraId="5803A369" w14:textId="77777777" w:rsidR="005C7E0D" w:rsidRPr="00FB131A" w:rsidRDefault="005C7E0D">
            <w:pPr>
              <w:rPr>
                <w:rFonts w:ascii="Times New Roman" w:hAnsi="Times New Roman" w:cs="Times New Roman"/>
                <w:sz w:val="24"/>
                <w:szCs w:val="24"/>
                <w:lang w:val="pt-BR"/>
              </w:rPr>
            </w:pPr>
          </w:p>
        </w:tc>
      </w:tr>
      <w:tr w:rsidR="005C7E0D" w:rsidRPr="00FB131A" w14:paraId="7A676DA0" w14:textId="77777777">
        <w:trPr>
          <w:jc w:val="center"/>
        </w:trPr>
        <w:tc>
          <w:tcPr>
            <w:tcW w:w="4320" w:type="dxa"/>
          </w:tcPr>
          <w:p w14:paraId="1E627D7E"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RG</w:t>
            </w:r>
          </w:p>
        </w:tc>
        <w:tc>
          <w:tcPr>
            <w:tcW w:w="4320" w:type="dxa"/>
          </w:tcPr>
          <w:p w14:paraId="4374FF00" w14:textId="77777777" w:rsidR="005C7E0D" w:rsidRPr="00FB131A" w:rsidRDefault="005C7E0D">
            <w:pPr>
              <w:rPr>
                <w:rFonts w:ascii="Times New Roman" w:hAnsi="Times New Roman" w:cs="Times New Roman"/>
                <w:sz w:val="24"/>
                <w:szCs w:val="24"/>
                <w:lang w:val="pt-BR"/>
              </w:rPr>
            </w:pPr>
          </w:p>
        </w:tc>
      </w:tr>
      <w:tr w:rsidR="005C7E0D" w:rsidRPr="00FB131A" w14:paraId="6F6EEA95" w14:textId="77777777">
        <w:trPr>
          <w:jc w:val="center"/>
        </w:trPr>
        <w:tc>
          <w:tcPr>
            <w:tcW w:w="4320" w:type="dxa"/>
          </w:tcPr>
          <w:p w14:paraId="6CE59007"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Data de nascimento</w:t>
            </w:r>
          </w:p>
        </w:tc>
        <w:tc>
          <w:tcPr>
            <w:tcW w:w="4320" w:type="dxa"/>
          </w:tcPr>
          <w:p w14:paraId="3DD354F4" w14:textId="77777777" w:rsidR="005C7E0D" w:rsidRPr="00FB131A" w:rsidRDefault="005C7E0D">
            <w:pPr>
              <w:rPr>
                <w:rFonts w:ascii="Times New Roman" w:hAnsi="Times New Roman" w:cs="Times New Roman"/>
                <w:sz w:val="24"/>
                <w:szCs w:val="24"/>
                <w:lang w:val="pt-BR"/>
              </w:rPr>
            </w:pPr>
          </w:p>
        </w:tc>
      </w:tr>
      <w:tr w:rsidR="005C7E0D" w:rsidRPr="00FB131A" w14:paraId="558E7133" w14:textId="77777777">
        <w:trPr>
          <w:jc w:val="center"/>
        </w:trPr>
        <w:tc>
          <w:tcPr>
            <w:tcW w:w="4320" w:type="dxa"/>
          </w:tcPr>
          <w:p w14:paraId="0D2A3D15"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Telefone</w:t>
            </w:r>
          </w:p>
        </w:tc>
        <w:tc>
          <w:tcPr>
            <w:tcW w:w="4320" w:type="dxa"/>
          </w:tcPr>
          <w:p w14:paraId="28761849" w14:textId="77777777" w:rsidR="005C7E0D" w:rsidRPr="00FB131A" w:rsidRDefault="005C7E0D">
            <w:pPr>
              <w:rPr>
                <w:rFonts w:ascii="Times New Roman" w:hAnsi="Times New Roman" w:cs="Times New Roman"/>
                <w:sz w:val="24"/>
                <w:szCs w:val="24"/>
                <w:lang w:val="pt-BR"/>
              </w:rPr>
            </w:pPr>
          </w:p>
        </w:tc>
      </w:tr>
      <w:tr w:rsidR="005C7E0D" w:rsidRPr="00FB131A" w14:paraId="265DE8F7" w14:textId="77777777">
        <w:trPr>
          <w:jc w:val="center"/>
        </w:trPr>
        <w:tc>
          <w:tcPr>
            <w:tcW w:w="4320" w:type="dxa"/>
          </w:tcPr>
          <w:p w14:paraId="549992B5"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E-mail</w:t>
            </w:r>
          </w:p>
        </w:tc>
        <w:tc>
          <w:tcPr>
            <w:tcW w:w="4320" w:type="dxa"/>
          </w:tcPr>
          <w:p w14:paraId="229E1A26" w14:textId="77777777" w:rsidR="005C7E0D" w:rsidRPr="00FB131A" w:rsidRDefault="005C7E0D">
            <w:pPr>
              <w:rPr>
                <w:rFonts w:ascii="Times New Roman" w:hAnsi="Times New Roman" w:cs="Times New Roman"/>
                <w:sz w:val="24"/>
                <w:szCs w:val="24"/>
                <w:lang w:val="pt-BR"/>
              </w:rPr>
            </w:pPr>
          </w:p>
        </w:tc>
      </w:tr>
      <w:tr w:rsidR="005C7E0D" w:rsidRPr="00FB131A" w14:paraId="40E49FEF" w14:textId="77777777">
        <w:trPr>
          <w:jc w:val="center"/>
        </w:trPr>
        <w:tc>
          <w:tcPr>
            <w:tcW w:w="4320" w:type="dxa"/>
          </w:tcPr>
          <w:p w14:paraId="7BBF184E"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Endereço completo</w:t>
            </w:r>
          </w:p>
        </w:tc>
        <w:tc>
          <w:tcPr>
            <w:tcW w:w="4320" w:type="dxa"/>
          </w:tcPr>
          <w:p w14:paraId="6D145A99" w14:textId="77777777" w:rsidR="005C7E0D" w:rsidRPr="00FB131A" w:rsidRDefault="005C7E0D">
            <w:pPr>
              <w:rPr>
                <w:rFonts w:ascii="Times New Roman" w:hAnsi="Times New Roman" w:cs="Times New Roman"/>
                <w:sz w:val="24"/>
                <w:szCs w:val="24"/>
                <w:lang w:val="pt-BR"/>
              </w:rPr>
            </w:pPr>
          </w:p>
        </w:tc>
      </w:tr>
    </w:tbl>
    <w:p w14:paraId="1DD87383" w14:textId="77777777" w:rsidR="005C7E0D" w:rsidRPr="00FB131A" w:rsidRDefault="005C7E0D">
      <w:pPr>
        <w:rPr>
          <w:rFonts w:ascii="Times New Roman" w:hAnsi="Times New Roman" w:cs="Times New Roman"/>
          <w:sz w:val="24"/>
          <w:szCs w:val="24"/>
          <w:lang w:val="pt-BR"/>
        </w:rPr>
      </w:pPr>
    </w:p>
    <w:p w14:paraId="13D41A58" w14:textId="77777777" w:rsidR="005C7E0D" w:rsidRPr="00FB131A" w:rsidRDefault="004B45D8">
      <w:pPr>
        <w:pStyle w:val="Ttulo2"/>
        <w:rPr>
          <w:rFonts w:ascii="Times New Roman" w:hAnsi="Times New Roman" w:cs="Times New Roman"/>
          <w:color w:val="auto"/>
          <w:sz w:val="24"/>
          <w:szCs w:val="24"/>
          <w:lang w:val="pt-BR"/>
        </w:rPr>
      </w:pPr>
      <w:r w:rsidRPr="00FB131A">
        <w:rPr>
          <w:rFonts w:ascii="Times New Roman" w:hAnsi="Times New Roman" w:cs="Times New Roman"/>
          <w:color w:val="auto"/>
          <w:sz w:val="24"/>
          <w:szCs w:val="24"/>
          <w:lang w:val="pt-BR"/>
        </w:rPr>
        <w:t>2. Dados da Empresa</w:t>
      </w:r>
    </w:p>
    <w:tbl>
      <w:tblPr>
        <w:tblStyle w:val="Tabelacomgrade"/>
        <w:tblW w:w="0" w:type="auto"/>
        <w:jc w:val="center"/>
        <w:tblLook w:val="04A0" w:firstRow="1" w:lastRow="0" w:firstColumn="1" w:lastColumn="0" w:noHBand="0" w:noVBand="1"/>
      </w:tblPr>
      <w:tblGrid>
        <w:gridCol w:w="4316"/>
        <w:gridCol w:w="4314"/>
      </w:tblGrid>
      <w:tr w:rsidR="005C7E0D" w:rsidRPr="00FB131A" w14:paraId="1166DB46" w14:textId="77777777">
        <w:trPr>
          <w:jc w:val="center"/>
        </w:trPr>
        <w:tc>
          <w:tcPr>
            <w:tcW w:w="4320" w:type="dxa"/>
          </w:tcPr>
          <w:p w14:paraId="4B036CD2"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Razão Social</w:t>
            </w:r>
          </w:p>
        </w:tc>
        <w:tc>
          <w:tcPr>
            <w:tcW w:w="4320" w:type="dxa"/>
          </w:tcPr>
          <w:p w14:paraId="5D729FBC" w14:textId="77777777" w:rsidR="005C7E0D" w:rsidRPr="00FB131A" w:rsidRDefault="005C7E0D">
            <w:pPr>
              <w:rPr>
                <w:rFonts w:ascii="Times New Roman" w:hAnsi="Times New Roman" w:cs="Times New Roman"/>
                <w:sz w:val="24"/>
                <w:szCs w:val="24"/>
                <w:lang w:val="pt-BR"/>
              </w:rPr>
            </w:pPr>
          </w:p>
        </w:tc>
      </w:tr>
      <w:tr w:rsidR="005C7E0D" w:rsidRPr="00FB131A" w14:paraId="044F525B" w14:textId="77777777">
        <w:trPr>
          <w:jc w:val="center"/>
        </w:trPr>
        <w:tc>
          <w:tcPr>
            <w:tcW w:w="4320" w:type="dxa"/>
          </w:tcPr>
          <w:p w14:paraId="31F6B617"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CNPJ</w:t>
            </w:r>
          </w:p>
        </w:tc>
        <w:tc>
          <w:tcPr>
            <w:tcW w:w="4320" w:type="dxa"/>
          </w:tcPr>
          <w:p w14:paraId="60B469E5" w14:textId="77777777" w:rsidR="005C7E0D" w:rsidRPr="00FB131A" w:rsidRDefault="005C7E0D">
            <w:pPr>
              <w:rPr>
                <w:rFonts w:ascii="Times New Roman" w:hAnsi="Times New Roman" w:cs="Times New Roman"/>
                <w:sz w:val="24"/>
                <w:szCs w:val="24"/>
                <w:lang w:val="pt-BR"/>
              </w:rPr>
            </w:pPr>
          </w:p>
        </w:tc>
      </w:tr>
      <w:tr w:rsidR="005C7E0D" w:rsidRPr="00FB131A" w14:paraId="1F15C20B" w14:textId="77777777">
        <w:trPr>
          <w:jc w:val="center"/>
        </w:trPr>
        <w:tc>
          <w:tcPr>
            <w:tcW w:w="4320" w:type="dxa"/>
          </w:tcPr>
          <w:p w14:paraId="72173091"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Nome fantasia (se houver)</w:t>
            </w:r>
          </w:p>
        </w:tc>
        <w:tc>
          <w:tcPr>
            <w:tcW w:w="4320" w:type="dxa"/>
          </w:tcPr>
          <w:p w14:paraId="7EAF1DC3" w14:textId="77777777" w:rsidR="005C7E0D" w:rsidRPr="00FB131A" w:rsidRDefault="005C7E0D">
            <w:pPr>
              <w:rPr>
                <w:rFonts w:ascii="Times New Roman" w:hAnsi="Times New Roman" w:cs="Times New Roman"/>
                <w:sz w:val="24"/>
                <w:szCs w:val="24"/>
                <w:lang w:val="pt-BR"/>
              </w:rPr>
            </w:pPr>
          </w:p>
        </w:tc>
      </w:tr>
      <w:tr w:rsidR="005C7E0D" w:rsidRPr="00FB131A" w14:paraId="528A07B4" w14:textId="77777777">
        <w:trPr>
          <w:jc w:val="center"/>
        </w:trPr>
        <w:tc>
          <w:tcPr>
            <w:tcW w:w="4320" w:type="dxa"/>
          </w:tcPr>
          <w:p w14:paraId="20C1F1BF"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Unidade em que trabalhou</w:t>
            </w:r>
          </w:p>
        </w:tc>
        <w:tc>
          <w:tcPr>
            <w:tcW w:w="4320" w:type="dxa"/>
          </w:tcPr>
          <w:p w14:paraId="4B63E661" w14:textId="77777777" w:rsidR="005C7E0D" w:rsidRPr="00FB131A" w:rsidRDefault="005C7E0D">
            <w:pPr>
              <w:rPr>
                <w:rFonts w:ascii="Times New Roman" w:hAnsi="Times New Roman" w:cs="Times New Roman"/>
                <w:sz w:val="24"/>
                <w:szCs w:val="24"/>
                <w:lang w:val="pt-BR"/>
              </w:rPr>
            </w:pPr>
          </w:p>
        </w:tc>
      </w:tr>
      <w:tr w:rsidR="005C7E0D" w:rsidRPr="00FB131A" w14:paraId="3EB92E3A" w14:textId="77777777">
        <w:trPr>
          <w:jc w:val="center"/>
        </w:trPr>
        <w:tc>
          <w:tcPr>
            <w:tcW w:w="4320" w:type="dxa"/>
          </w:tcPr>
          <w:p w14:paraId="145676E2"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Cidade/Estado</w:t>
            </w:r>
          </w:p>
        </w:tc>
        <w:tc>
          <w:tcPr>
            <w:tcW w:w="4320" w:type="dxa"/>
          </w:tcPr>
          <w:p w14:paraId="541B848E" w14:textId="77777777" w:rsidR="005C7E0D" w:rsidRPr="00FB131A" w:rsidRDefault="005C7E0D">
            <w:pPr>
              <w:rPr>
                <w:rFonts w:ascii="Times New Roman" w:hAnsi="Times New Roman" w:cs="Times New Roman"/>
                <w:sz w:val="24"/>
                <w:szCs w:val="24"/>
                <w:lang w:val="pt-BR"/>
              </w:rPr>
            </w:pPr>
          </w:p>
        </w:tc>
      </w:tr>
    </w:tbl>
    <w:p w14:paraId="612F3D76" w14:textId="77777777" w:rsidR="005C7E0D" w:rsidRPr="00FB131A" w:rsidRDefault="005C7E0D">
      <w:pPr>
        <w:rPr>
          <w:rFonts w:ascii="Times New Roman" w:hAnsi="Times New Roman" w:cs="Times New Roman"/>
          <w:sz w:val="24"/>
          <w:szCs w:val="24"/>
          <w:lang w:val="pt-BR"/>
        </w:rPr>
      </w:pPr>
    </w:p>
    <w:p w14:paraId="6C55C243" w14:textId="77777777" w:rsidR="005C7E0D" w:rsidRPr="00FB131A" w:rsidRDefault="004B45D8">
      <w:pPr>
        <w:pStyle w:val="Ttulo2"/>
        <w:rPr>
          <w:rFonts w:ascii="Times New Roman" w:hAnsi="Times New Roman" w:cs="Times New Roman"/>
          <w:color w:val="auto"/>
          <w:sz w:val="24"/>
          <w:szCs w:val="24"/>
          <w:lang w:val="pt-BR"/>
        </w:rPr>
      </w:pPr>
      <w:r w:rsidRPr="00FB131A">
        <w:rPr>
          <w:rFonts w:ascii="Times New Roman" w:hAnsi="Times New Roman" w:cs="Times New Roman"/>
          <w:color w:val="auto"/>
          <w:sz w:val="24"/>
          <w:szCs w:val="24"/>
          <w:lang w:val="pt-BR"/>
        </w:rPr>
        <w:t>3. Informações do Vínculo Empregatício</w:t>
      </w:r>
    </w:p>
    <w:tbl>
      <w:tblPr>
        <w:tblStyle w:val="Tabelacomgrade"/>
        <w:tblW w:w="0" w:type="auto"/>
        <w:jc w:val="center"/>
        <w:tblLook w:val="04A0" w:firstRow="1" w:lastRow="0" w:firstColumn="1" w:lastColumn="0" w:noHBand="0" w:noVBand="1"/>
      </w:tblPr>
      <w:tblGrid>
        <w:gridCol w:w="4316"/>
        <w:gridCol w:w="4314"/>
      </w:tblGrid>
      <w:tr w:rsidR="005C7E0D" w:rsidRPr="00FB131A" w14:paraId="33C238D2" w14:textId="77777777">
        <w:trPr>
          <w:jc w:val="center"/>
        </w:trPr>
        <w:tc>
          <w:tcPr>
            <w:tcW w:w="4320" w:type="dxa"/>
          </w:tcPr>
          <w:p w14:paraId="310A81D9"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Cargo(s) exercido(s)</w:t>
            </w:r>
          </w:p>
        </w:tc>
        <w:tc>
          <w:tcPr>
            <w:tcW w:w="4320" w:type="dxa"/>
          </w:tcPr>
          <w:p w14:paraId="7B241EE5" w14:textId="77777777" w:rsidR="005C7E0D" w:rsidRPr="00FB131A" w:rsidRDefault="005C7E0D">
            <w:pPr>
              <w:rPr>
                <w:rFonts w:ascii="Times New Roman" w:hAnsi="Times New Roman" w:cs="Times New Roman"/>
                <w:sz w:val="24"/>
                <w:szCs w:val="24"/>
                <w:lang w:val="pt-BR"/>
              </w:rPr>
            </w:pPr>
          </w:p>
        </w:tc>
      </w:tr>
      <w:tr w:rsidR="005C7E0D" w:rsidRPr="00FB131A" w14:paraId="13B50036" w14:textId="77777777">
        <w:trPr>
          <w:jc w:val="center"/>
        </w:trPr>
        <w:tc>
          <w:tcPr>
            <w:tcW w:w="4320" w:type="dxa"/>
          </w:tcPr>
          <w:p w14:paraId="3D0A8D0E"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Setor(es) de atuação</w:t>
            </w:r>
          </w:p>
        </w:tc>
        <w:tc>
          <w:tcPr>
            <w:tcW w:w="4320" w:type="dxa"/>
          </w:tcPr>
          <w:p w14:paraId="58D237D6" w14:textId="77777777" w:rsidR="005C7E0D" w:rsidRPr="00FB131A" w:rsidRDefault="005C7E0D">
            <w:pPr>
              <w:rPr>
                <w:rFonts w:ascii="Times New Roman" w:hAnsi="Times New Roman" w:cs="Times New Roman"/>
                <w:sz w:val="24"/>
                <w:szCs w:val="24"/>
                <w:lang w:val="pt-BR"/>
              </w:rPr>
            </w:pPr>
          </w:p>
        </w:tc>
      </w:tr>
      <w:tr w:rsidR="005C7E0D" w:rsidRPr="00FB131A" w14:paraId="7D9C49DA" w14:textId="77777777">
        <w:trPr>
          <w:jc w:val="center"/>
        </w:trPr>
        <w:tc>
          <w:tcPr>
            <w:tcW w:w="4320" w:type="dxa"/>
          </w:tcPr>
          <w:p w14:paraId="21D5C793"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Data de admissão</w:t>
            </w:r>
          </w:p>
        </w:tc>
        <w:tc>
          <w:tcPr>
            <w:tcW w:w="4320" w:type="dxa"/>
          </w:tcPr>
          <w:p w14:paraId="21560F79" w14:textId="77777777" w:rsidR="005C7E0D" w:rsidRPr="00FB131A" w:rsidRDefault="005C7E0D">
            <w:pPr>
              <w:rPr>
                <w:rFonts w:ascii="Times New Roman" w:hAnsi="Times New Roman" w:cs="Times New Roman"/>
                <w:sz w:val="24"/>
                <w:szCs w:val="24"/>
                <w:lang w:val="pt-BR"/>
              </w:rPr>
            </w:pPr>
          </w:p>
        </w:tc>
      </w:tr>
      <w:tr w:rsidR="005C7E0D" w:rsidRPr="00FB131A" w14:paraId="08FB3192" w14:textId="77777777">
        <w:trPr>
          <w:jc w:val="center"/>
        </w:trPr>
        <w:tc>
          <w:tcPr>
            <w:tcW w:w="4320" w:type="dxa"/>
          </w:tcPr>
          <w:p w14:paraId="6FCA3989"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Data de desligamento (se houver)</w:t>
            </w:r>
          </w:p>
        </w:tc>
        <w:tc>
          <w:tcPr>
            <w:tcW w:w="4320" w:type="dxa"/>
          </w:tcPr>
          <w:p w14:paraId="3C0E3B06" w14:textId="77777777" w:rsidR="005C7E0D" w:rsidRPr="00FB131A" w:rsidRDefault="005C7E0D">
            <w:pPr>
              <w:rPr>
                <w:rFonts w:ascii="Times New Roman" w:hAnsi="Times New Roman" w:cs="Times New Roman"/>
                <w:sz w:val="24"/>
                <w:szCs w:val="24"/>
                <w:lang w:val="pt-BR"/>
              </w:rPr>
            </w:pPr>
          </w:p>
        </w:tc>
      </w:tr>
      <w:tr w:rsidR="005C7E0D" w:rsidRPr="00FB131A" w14:paraId="2D12B598" w14:textId="77777777">
        <w:trPr>
          <w:jc w:val="center"/>
        </w:trPr>
        <w:tc>
          <w:tcPr>
            <w:tcW w:w="4320" w:type="dxa"/>
          </w:tcPr>
          <w:p w14:paraId="27A96018"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Matrícula funcional (se houver)</w:t>
            </w:r>
          </w:p>
        </w:tc>
        <w:tc>
          <w:tcPr>
            <w:tcW w:w="4320" w:type="dxa"/>
          </w:tcPr>
          <w:p w14:paraId="27D83915" w14:textId="77777777" w:rsidR="005C7E0D" w:rsidRPr="00FB131A" w:rsidRDefault="005C7E0D">
            <w:pPr>
              <w:rPr>
                <w:rFonts w:ascii="Times New Roman" w:hAnsi="Times New Roman" w:cs="Times New Roman"/>
                <w:sz w:val="24"/>
                <w:szCs w:val="24"/>
                <w:lang w:val="pt-BR"/>
              </w:rPr>
            </w:pPr>
          </w:p>
        </w:tc>
      </w:tr>
    </w:tbl>
    <w:p w14:paraId="41CD4F53" w14:textId="77777777" w:rsidR="005C7E0D" w:rsidRPr="00FB131A" w:rsidRDefault="005C7E0D">
      <w:pPr>
        <w:rPr>
          <w:rFonts w:ascii="Times New Roman" w:hAnsi="Times New Roman" w:cs="Times New Roman"/>
          <w:sz w:val="24"/>
          <w:szCs w:val="24"/>
          <w:lang w:val="pt-BR"/>
        </w:rPr>
      </w:pPr>
    </w:p>
    <w:p w14:paraId="7C690B73" w14:textId="77777777" w:rsidR="005C7E0D" w:rsidRPr="00FB131A" w:rsidRDefault="004B45D8">
      <w:pPr>
        <w:pStyle w:val="Ttulo2"/>
        <w:rPr>
          <w:rFonts w:ascii="Times New Roman" w:hAnsi="Times New Roman" w:cs="Times New Roman"/>
          <w:color w:val="auto"/>
          <w:sz w:val="24"/>
          <w:szCs w:val="24"/>
          <w:lang w:val="pt-BR"/>
        </w:rPr>
      </w:pPr>
      <w:r w:rsidRPr="00FB131A">
        <w:rPr>
          <w:rFonts w:ascii="Times New Roman" w:hAnsi="Times New Roman" w:cs="Times New Roman"/>
          <w:color w:val="auto"/>
          <w:sz w:val="24"/>
          <w:szCs w:val="24"/>
          <w:lang w:val="pt-BR"/>
        </w:rPr>
        <w:t>4. Documentos Apresentados</w:t>
      </w:r>
    </w:p>
    <w:tbl>
      <w:tblPr>
        <w:tblStyle w:val="Tabelacomgrade"/>
        <w:tblW w:w="0" w:type="auto"/>
        <w:tblLook w:val="04A0" w:firstRow="1" w:lastRow="0" w:firstColumn="1" w:lastColumn="0" w:noHBand="0" w:noVBand="1"/>
      </w:tblPr>
      <w:tblGrid>
        <w:gridCol w:w="4315"/>
        <w:gridCol w:w="4315"/>
      </w:tblGrid>
      <w:tr w:rsidR="005C7E0D" w:rsidRPr="00FB131A" w14:paraId="33C5F391" w14:textId="77777777">
        <w:tc>
          <w:tcPr>
            <w:tcW w:w="4320" w:type="dxa"/>
          </w:tcPr>
          <w:p w14:paraId="64E934FC"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Documento</w:t>
            </w:r>
          </w:p>
        </w:tc>
        <w:tc>
          <w:tcPr>
            <w:tcW w:w="4320" w:type="dxa"/>
          </w:tcPr>
          <w:p w14:paraId="61A28B46"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Anexado</w:t>
            </w:r>
          </w:p>
        </w:tc>
      </w:tr>
      <w:tr w:rsidR="005C7E0D" w:rsidRPr="00FB131A" w14:paraId="48DDD23B" w14:textId="77777777">
        <w:tc>
          <w:tcPr>
            <w:tcW w:w="4320" w:type="dxa"/>
          </w:tcPr>
          <w:p w14:paraId="4C1DD42C"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Documento de identificação com foto</w:t>
            </w:r>
          </w:p>
        </w:tc>
        <w:tc>
          <w:tcPr>
            <w:tcW w:w="4320" w:type="dxa"/>
          </w:tcPr>
          <w:p w14:paraId="2F61754D" w14:textId="77777777" w:rsidR="005C7E0D" w:rsidRPr="00FB131A" w:rsidRDefault="004B45D8">
            <w:pPr>
              <w:rPr>
                <w:rFonts w:ascii="Times New Roman" w:hAnsi="Times New Roman" w:cs="Times New Roman"/>
                <w:sz w:val="24"/>
                <w:szCs w:val="24"/>
                <w:lang w:val="pt-BR"/>
              </w:rPr>
            </w:pPr>
            <w:r w:rsidRPr="00FB131A">
              <w:rPr>
                <w:rFonts w:ascii="Segoe UI Symbol" w:hAnsi="Segoe UI Symbol" w:cs="Segoe UI Symbol"/>
                <w:sz w:val="24"/>
                <w:szCs w:val="24"/>
                <w:lang w:val="pt-BR"/>
              </w:rPr>
              <w:t>☐</w:t>
            </w:r>
            <w:r w:rsidRPr="00FB131A">
              <w:rPr>
                <w:rFonts w:ascii="Times New Roman" w:hAnsi="Times New Roman" w:cs="Times New Roman"/>
                <w:sz w:val="24"/>
                <w:szCs w:val="24"/>
                <w:lang w:val="pt-BR"/>
              </w:rPr>
              <w:t xml:space="preserve"> Sim   </w:t>
            </w:r>
            <w:r w:rsidRPr="00FB131A">
              <w:rPr>
                <w:rFonts w:ascii="Segoe UI Symbol" w:hAnsi="Segoe UI Symbol" w:cs="Segoe UI Symbol"/>
                <w:sz w:val="24"/>
                <w:szCs w:val="24"/>
                <w:lang w:val="pt-BR"/>
              </w:rPr>
              <w:t>☐</w:t>
            </w:r>
            <w:r w:rsidRPr="00FB131A">
              <w:rPr>
                <w:rFonts w:ascii="Times New Roman" w:hAnsi="Times New Roman" w:cs="Times New Roman"/>
                <w:sz w:val="24"/>
                <w:szCs w:val="24"/>
                <w:lang w:val="pt-BR"/>
              </w:rPr>
              <w:t xml:space="preserve"> Não</w:t>
            </w:r>
          </w:p>
        </w:tc>
      </w:tr>
      <w:tr w:rsidR="005C7E0D" w:rsidRPr="00FB131A" w14:paraId="42C78161" w14:textId="77777777">
        <w:tc>
          <w:tcPr>
            <w:tcW w:w="4320" w:type="dxa"/>
          </w:tcPr>
          <w:p w14:paraId="00D6F150"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CPF (caso não conste no RG)</w:t>
            </w:r>
          </w:p>
        </w:tc>
        <w:tc>
          <w:tcPr>
            <w:tcW w:w="4320" w:type="dxa"/>
          </w:tcPr>
          <w:p w14:paraId="50F42F4D" w14:textId="77777777" w:rsidR="005C7E0D" w:rsidRPr="00FB131A" w:rsidRDefault="004B45D8">
            <w:pPr>
              <w:rPr>
                <w:rFonts w:ascii="Times New Roman" w:hAnsi="Times New Roman" w:cs="Times New Roman"/>
                <w:sz w:val="24"/>
                <w:szCs w:val="24"/>
                <w:lang w:val="pt-BR"/>
              </w:rPr>
            </w:pPr>
            <w:r w:rsidRPr="00FB131A">
              <w:rPr>
                <w:rFonts w:ascii="Segoe UI Symbol" w:hAnsi="Segoe UI Symbol" w:cs="Segoe UI Symbol"/>
                <w:sz w:val="24"/>
                <w:szCs w:val="24"/>
                <w:lang w:val="pt-BR"/>
              </w:rPr>
              <w:t>☐</w:t>
            </w:r>
            <w:r w:rsidRPr="00FB131A">
              <w:rPr>
                <w:rFonts w:ascii="Times New Roman" w:hAnsi="Times New Roman" w:cs="Times New Roman"/>
                <w:sz w:val="24"/>
                <w:szCs w:val="24"/>
                <w:lang w:val="pt-BR"/>
              </w:rPr>
              <w:t xml:space="preserve"> Sim   </w:t>
            </w:r>
            <w:r w:rsidRPr="00FB131A">
              <w:rPr>
                <w:rFonts w:ascii="Segoe UI Symbol" w:hAnsi="Segoe UI Symbol" w:cs="Segoe UI Symbol"/>
                <w:sz w:val="24"/>
                <w:szCs w:val="24"/>
                <w:lang w:val="pt-BR"/>
              </w:rPr>
              <w:t>☐</w:t>
            </w:r>
            <w:r w:rsidRPr="00FB131A">
              <w:rPr>
                <w:rFonts w:ascii="Times New Roman" w:hAnsi="Times New Roman" w:cs="Times New Roman"/>
                <w:sz w:val="24"/>
                <w:szCs w:val="24"/>
                <w:lang w:val="pt-BR"/>
              </w:rPr>
              <w:t xml:space="preserve"> Não</w:t>
            </w:r>
          </w:p>
        </w:tc>
      </w:tr>
      <w:tr w:rsidR="005C7E0D" w:rsidRPr="00FB131A" w14:paraId="5F728399" w14:textId="77777777">
        <w:tc>
          <w:tcPr>
            <w:tcW w:w="4320" w:type="dxa"/>
          </w:tcPr>
          <w:p w14:paraId="7ABB3476"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CTPS (identificação, contrato e alterações)</w:t>
            </w:r>
          </w:p>
        </w:tc>
        <w:tc>
          <w:tcPr>
            <w:tcW w:w="4320" w:type="dxa"/>
          </w:tcPr>
          <w:p w14:paraId="7AD884FB" w14:textId="77777777" w:rsidR="005C7E0D" w:rsidRPr="00FB131A" w:rsidRDefault="004B45D8">
            <w:pPr>
              <w:rPr>
                <w:rFonts w:ascii="Times New Roman" w:hAnsi="Times New Roman" w:cs="Times New Roman"/>
                <w:sz w:val="24"/>
                <w:szCs w:val="24"/>
                <w:lang w:val="pt-BR"/>
              </w:rPr>
            </w:pPr>
            <w:r w:rsidRPr="00FB131A">
              <w:rPr>
                <w:rFonts w:ascii="Segoe UI Symbol" w:hAnsi="Segoe UI Symbol" w:cs="Segoe UI Symbol"/>
                <w:sz w:val="24"/>
                <w:szCs w:val="24"/>
                <w:lang w:val="pt-BR"/>
              </w:rPr>
              <w:t>☐</w:t>
            </w:r>
            <w:r w:rsidRPr="00FB131A">
              <w:rPr>
                <w:rFonts w:ascii="Times New Roman" w:hAnsi="Times New Roman" w:cs="Times New Roman"/>
                <w:sz w:val="24"/>
                <w:szCs w:val="24"/>
                <w:lang w:val="pt-BR"/>
              </w:rPr>
              <w:t xml:space="preserve"> Sim   </w:t>
            </w:r>
            <w:r w:rsidRPr="00FB131A">
              <w:rPr>
                <w:rFonts w:ascii="Segoe UI Symbol" w:hAnsi="Segoe UI Symbol" w:cs="Segoe UI Symbol"/>
                <w:sz w:val="24"/>
                <w:szCs w:val="24"/>
                <w:lang w:val="pt-BR"/>
              </w:rPr>
              <w:t>☐</w:t>
            </w:r>
            <w:r w:rsidRPr="00FB131A">
              <w:rPr>
                <w:rFonts w:ascii="Times New Roman" w:hAnsi="Times New Roman" w:cs="Times New Roman"/>
                <w:sz w:val="24"/>
                <w:szCs w:val="24"/>
                <w:lang w:val="pt-BR"/>
              </w:rPr>
              <w:t xml:space="preserve"> Não</w:t>
            </w:r>
          </w:p>
        </w:tc>
      </w:tr>
      <w:tr w:rsidR="005C7E0D" w:rsidRPr="00FB131A" w14:paraId="3D052F1E" w14:textId="77777777">
        <w:tc>
          <w:tcPr>
            <w:tcW w:w="4320" w:type="dxa"/>
          </w:tcPr>
          <w:p w14:paraId="472F6C82"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Ficha de registro</w:t>
            </w:r>
          </w:p>
        </w:tc>
        <w:tc>
          <w:tcPr>
            <w:tcW w:w="4320" w:type="dxa"/>
          </w:tcPr>
          <w:p w14:paraId="01628E99" w14:textId="77777777" w:rsidR="005C7E0D" w:rsidRPr="00FB131A" w:rsidRDefault="004B45D8">
            <w:pPr>
              <w:rPr>
                <w:rFonts w:ascii="Times New Roman" w:hAnsi="Times New Roman" w:cs="Times New Roman"/>
                <w:sz w:val="24"/>
                <w:szCs w:val="24"/>
                <w:lang w:val="pt-BR"/>
              </w:rPr>
            </w:pPr>
            <w:r w:rsidRPr="00FB131A">
              <w:rPr>
                <w:rFonts w:ascii="Segoe UI Symbol" w:hAnsi="Segoe UI Symbol" w:cs="Segoe UI Symbol"/>
                <w:sz w:val="24"/>
                <w:szCs w:val="24"/>
                <w:lang w:val="pt-BR"/>
              </w:rPr>
              <w:t>☐</w:t>
            </w:r>
            <w:r w:rsidRPr="00FB131A">
              <w:rPr>
                <w:rFonts w:ascii="Times New Roman" w:hAnsi="Times New Roman" w:cs="Times New Roman"/>
                <w:sz w:val="24"/>
                <w:szCs w:val="24"/>
                <w:lang w:val="pt-BR"/>
              </w:rPr>
              <w:t xml:space="preserve"> Sim   </w:t>
            </w:r>
            <w:r w:rsidRPr="00FB131A">
              <w:rPr>
                <w:rFonts w:ascii="Segoe UI Symbol" w:hAnsi="Segoe UI Symbol" w:cs="Segoe UI Symbol"/>
                <w:sz w:val="24"/>
                <w:szCs w:val="24"/>
                <w:lang w:val="pt-BR"/>
              </w:rPr>
              <w:t>☐</w:t>
            </w:r>
            <w:r w:rsidRPr="00FB131A">
              <w:rPr>
                <w:rFonts w:ascii="Times New Roman" w:hAnsi="Times New Roman" w:cs="Times New Roman"/>
                <w:sz w:val="24"/>
                <w:szCs w:val="24"/>
                <w:lang w:val="pt-BR"/>
              </w:rPr>
              <w:t xml:space="preserve"> Não</w:t>
            </w:r>
          </w:p>
        </w:tc>
      </w:tr>
      <w:tr w:rsidR="005C7E0D" w:rsidRPr="00FB131A" w14:paraId="53C69D9D" w14:textId="77777777">
        <w:tc>
          <w:tcPr>
            <w:tcW w:w="4320" w:type="dxa"/>
          </w:tcPr>
          <w:p w14:paraId="0AED59D6"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Holerites</w:t>
            </w:r>
          </w:p>
        </w:tc>
        <w:tc>
          <w:tcPr>
            <w:tcW w:w="4320" w:type="dxa"/>
          </w:tcPr>
          <w:p w14:paraId="4E9C0DB4" w14:textId="77777777" w:rsidR="005C7E0D" w:rsidRPr="00FB131A" w:rsidRDefault="004B45D8">
            <w:pPr>
              <w:rPr>
                <w:rFonts w:ascii="Times New Roman" w:hAnsi="Times New Roman" w:cs="Times New Roman"/>
                <w:sz w:val="24"/>
                <w:szCs w:val="24"/>
                <w:lang w:val="pt-BR"/>
              </w:rPr>
            </w:pPr>
            <w:r w:rsidRPr="00FB131A">
              <w:rPr>
                <w:rFonts w:ascii="Segoe UI Symbol" w:hAnsi="Segoe UI Symbol" w:cs="Segoe UI Symbol"/>
                <w:sz w:val="24"/>
                <w:szCs w:val="24"/>
                <w:lang w:val="pt-BR"/>
              </w:rPr>
              <w:t>☐</w:t>
            </w:r>
            <w:r w:rsidRPr="00FB131A">
              <w:rPr>
                <w:rFonts w:ascii="Times New Roman" w:hAnsi="Times New Roman" w:cs="Times New Roman"/>
                <w:sz w:val="24"/>
                <w:szCs w:val="24"/>
                <w:lang w:val="pt-BR"/>
              </w:rPr>
              <w:t xml:space="preserve"> Sim   </w:t>
            </w:r>
            <w:r w:rsidRPr="00FB131A">
              <w:rPr>
                <w:rFonts w:ascii="Segoe UI Symbol" w:hAnsi="Segoe UI Symbol" w:cs="Segoe UI Symbol"/>
                <w:sz w:val="24"/>
                <w:szCs w:val="24"/>
                <w:lang w:val="pt-BR"/>
              </w:rPr>
              <w:t>☐</w:t>
            </w:r>
            <w:r w:rsidRPr="00FB131A">
              <w:rPr>
                <w:rFonts w:ascii="Times New Roman" w:hAnsi="Times New Roman" w:cs="Times New Roman"/>
                <w:sz w:val="24"/>
                <w:szCs w:val="24"/>
                <w:lang w:val="pt-BR"/>
              </w:rPr>
              <w:t xml:space="preserve"> Não</w:t>
            </w:r>
          </w:p>
        </w:tc>
      </w:tr>
      <w:tr w:rsidR="005C7E0D" w:rsidRPr="00FB131A" w14:paraId="6C65BFCB" w14:textId="77777777">
        <w:tc>
          <w:tcPr>
            <w:tcW w:w="4320" w:type="dxa"/>
          </w:tcPr>
          <w:p w14:paraId="0599671B"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Contrato de trabalho</w:t>
            </w:r>
          </w:p>
        </w:tc>
        <w:tc>
          <w:tcPr>
            <w:tcW w:w="4320" w:type="dxa"/>
          </w:tcPr>
          <w:p w14:paraId="69152CD4" w14:textId="77777777" w:rsidR="005C7E0D" w:rsidRPr="00FB131A" w:rsidRDefault="004B45D8">
            <w:pPr>
              <w:rPr>
                <w:rFonts w:ascii="Times New Roman" w:hAnsi="Times New Roman" w:cs="Times New Roman"/>
                <w:sz w:val="24"/>
                <w:szCs w:val="24"/>
                <w:lang w:val="pt-BR"/>
              </w:rPr>
            </w:pPr>
            <w:r w:rsidRPr="00FB131A">
              <w:rPr>
                <w:rFonts w:ascii="Segoe UI Symbol" w:hAnsi="Segoe UI Symbol" w:cs="Segoe UI Symbol"/>
                <w:sz w:val="24"/>
                <w:szCs w:val="24"/>
                <w:lang w:val="pt-BR"/>
              </w:rPr>
              <w:t>☐</w:t>
            </w:r>
            <w:r w:rsidRPr="00FB131A">
              <w:rPr>
                <w:rFonts w:ascii="Times New Roman" w:hAnsi="Times New Roman" w:cs="Times New Roman"/>
                <w:sz w:val="24"/>
                <w:szCs w:val="24"/>
                <w:lang w:val="pt-BR"/>
              </w:rPr>
              <w:t xml:space="preserve"> Sim   </w:t>
            </w:r>
            <w:r w:rsidRPr="00FB131A">
              <w:rPr>
                <w:rFonts w:ascii="Segoe UI Symbol" w:hAnsi="Segoe UI Symbol" w:cs="Segoe UI Symbol"/>
                <w:sz w:val="24"/>
                <w:szCs w:val="24"/>
                <w:lang w:val="pt-BR"/>
              </w:rPr>
              <w:t>☐</w:t>
            </w:r>
            <w:r w:rsidRPr="00FB131A">
              <w:rPr>
                <w:rFonts w:ascii="Times New Roman" w:hAnsi="Times New Roman" w:cs="Times New Roman"/>
                <w:sz w:val="24"/>
                <w:szCs w:val="24"/>
                <w:lang w:val="pt-BR"/>
              </w:rPr>
              <w:t xml:space="preserve"> Não</w:t>
            </w:r>
          </w:p>
        </w:tc>
      </w:tr>
      <w:tr w:rsidR="005C7E0D" w:rsidRPr="00FB131A" w14:paraId="159EADB7" w14:textId="77777777">
        <w:tc>
          <w:tcPr>
            <w:tcW w:w="4320" w:type="dxa"/>
          </w:tcPr>
          <w:p w14:paraId="167BB57A"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lastRenderedPageBreak/>
              <w:t>Procuração (se aplicável)</w:t>
            </w:r>
          </w:p>
        </w:tc>
        <w:tc>
          <w:tcPr>
            <w:tcW w:w="4320" w:type="dxa"/>
          </w:tcPr>
          <w:p w14:paraId="22EDBDFF" w14:textId="77777777" w:rsidR="005C7E0D" w:rsidRPr="00FB131A" w:rsidRDefault="004B45D8">
            <w:pPr>
              <w:rPr>
                <w:rFonts w:ascii="Times New Roman" w:hAnsi="Times New Roman" w:cs="Times New Roman"/>
                <w:sz w:val="24"/>
                <w:szCs w:val="24"/>
                <w:lang w:val="pt-BR"/>
              </w:rPr>
            </w:pPr>
            <w:r w:rsidRPr="00FB131A">
              <w:rPr>
                <w:rFonts w:ascii="Segoe UI Symbol" w:hAnsi="Segoe UI Symbol" w:cs="Segoe UI Symbol"/>
                <w:sz w:val="24"/>
                <w:szCs w:val="24"/>
                <w:lang w:val="pt-BR"/>
              </w:rPr>
              <w:t>☐</w:t>
            </w:r>
            <w:r w:rsidRPr="00FB131A">
              <w:rPr>
                <w:rFonts w:ascii="Times New Roman" w:hAnsi="Times New Roman" w:cs="Times New Roman"/>
                <w:sz w:val="24"/>
                <w:szCs w:val="24"/>
                <w:lang w:val="pt-BR"/>
              </w:rPr>
              <w:t xml:space="preserve"> Sim   </w:t>
            </w:r>
            <w:r w:rsidRPr="00FB131A">
              <w:rPr>
                <w:rFonts w:ascii="Segoe UI Symbol" w:hAnsi="Segoe UI Symbol" w:cs="Segoe UI Symbol"/>
                <w:sz w:val="24"/>
                <w:szCs w:val="24"/>
                <w:lang w:val="pt-BR"/>
              </w:rPr>
              <w:t>☐</w:t>
            </w:r>
            <w:r w:rsidRPr="00FB131A">
              <w:rPr>
                <w:rFonts w:ascii="Times New Roman" w:hAnsi="Times New Roman" w:cs="Times New Roman"/>
                <w:sz w:val="24"/>
                <w:szCs w:val="24"/>
                <w:lang w:val="pt-BR"/>
              </w:rPr>
              <w:t xml:space="preserve"> Não</w:t>
            </w:r>
          </w:p>
        </w:tc>
      </w:tr>
      <w:tr w:rsidR="005C7E0D" w:rsidRPr="00FB131A" w14:paraId="54EEFB26" w14:textId="77777777">
        <w:tc>
          <w:tcPr>
            <w:tcW w:w="4320" w:type="dxa"/>
          </w:tcPr>
          <w:p w14:paraId="037B034D"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Outros</w:t>
            </w:r>
          </w:p>
        </w:tc>
        <w:tc>
          <w:tcPr>
            <w:tcW w:w="4320" w:type="dxa"/>
          </w:tcPr>
          <w:p w14:paraId="213A4ED5" w14:textId="77777777" w:rsidR="005C7E0D" w:rsidRPr="00FB131A" w:rsidRDefault="004B45D8">
            <w:pPr>
              <w:rPr>
                <w:rFonts w:ascii="Times New Roman" w:hAnsi="Times New Roman" w:cs="Times New Roman"/>
                <w:sz w:val="24"/>
                <w:szCs w:val="24"/>
                <w:lang w:val="pt-BR"/>
              </w:rPr>
            </w:pPr>
            <w:r w:rsidRPr="00FB131A">
              <w:rPr>
                <w:rFonts w:ascii="Segoe UI Symbol" w:hAnsi="Segoe UI Symbol" w:cs="Segoe UI Symbol"/>
                <w:sz w:val="24"/>
                <w:szCs w:val="24"/>
                <w:lang w:val="pt-BR"/>
              </w:rPr>
              <w:t>☐</w:t>
            </w:r>
            <w:r w:rsidRPr="00FB131A">
              <w:rPr>
                <w:rFonts w:ascii="Times New Roman" w:hAnsi="Times New Roman" w:cs="Times New Roman"/>
                <w:sz w:val="24"/>
                <w:szCs w:val="24"/>
                <w:lang w:val="pt-BR"/>
              </w:rPr>
              <w:t xml:space="preserve"> Sim   </w:t>
            </w:r>
            <w:r w:rsidRPr="00FB131A">
              <w:rPr>
                <w:rFonts w:ascii="Segoe UI Symbol" w:hAnsi="Segoe UI Symbol" w:cs="Segoe UI Symbol"/>
                <w:sz w:val="24"/>
                <w:szCs w:val="24"/>
                <w:lang w:val="pt-BR"/>
              </w:rPr>
              <w:t>☐</w:t>
            </w:r>
            <w:r w:rsidRPr="00FB131A">
              <w:rPr>
                <w:rFonts w:ascii="Times New Roman" w:hAnsi="Times New Roman" w:cs="Times New Roman"/>
                <w:sz w:val="24"/>
                <w:szCs w:val="24"/>
                <w:lang w:val="pt-BR"/>
              </w:rPr>
              <w:t xml:space="preserve"> Não</w:t>
            </w:r>
          </w:p>
        </w:tc>
      </w:tr>
    </w:tbl>
    <w:p w14:paraId="6F25BC5D" w14:textId="77777777" w:rsidR="005C7E0D" w:rsidRPr="00FB131A" w:rsidRDefault="005C7E0D">
      <w:pPr>
        <w:rPr>
          <w:rFonts w:ascii="Times New Roman" w:hAnsi="Times New Roman" w:cs="Times New Roman"/>
          <w:sz w:val="24"/>
          <w:szCs w:val="24"/>
          <w:lang w:val="pt-BR"/>
        </w:rPr>
      </w:pPr>
    </w:p>
    <w:p w14:paraId="15B83AA4" w14:textId="77777777" w:rsidR="005C7E0D" w:rsidRPr="00FB131A" w:rsidRDefault="004B45D8">
      <w:pPr>
        <w:pStyle w:val="Ttulo2"/>
        <w:rPr>
          <w:rFonts w:ascii="Times New Roman" w:hAnsi="Times New Roman" w:cs="Times New Roman"/>
          <w:color w:val="auto"/>
          <w:sz w:val="24"/>
          <w:szCs w:val="24"/>
          <w:lang w:val="pt-BR"/>
        </w:rPr>
      </w:pPr>
      <w:r w:rsidRPr="00FB131A">
        <w:rPr>
          <w:rFonts w:ascii="Times New Roman" w:hAnsi="Times New Roman" w:cs="Times New Roman"/>
          <w:color w:val="auto"/>
          <w:sz w:val="24"/>
          <w:szCs w:val="24"/>
          <w:lang w:val="pt-BR"/>
        </w:rPr>
        <w:t>5. Informações Complementares</w:t>
      </w:r>
    </w:p>
    <w:tbl>
      <w:tblPr>
        <w:tblStyle w:val="Tabelacomgrade"/>
        <w:tblW w:w="0" w:type="auto"/>
        <w:tblLook w:val="04A0" w:firstRow="1" w:lastRow="0" w:firstColumn="1" w:lastColumn="0" w:noHBand="0" w:noVBand="1"/>
      </w:tblPr>
      <w:tblGrid>
        <w:gridCol w:w="8630"/>
      </w:tblGrid>
      <w:tr w:rsidR="005C7E0D" w:rsidRPr="00FB131A" w14:paraId="5997DD5B" w14:textId="77777777">
        <w:tc>
          <w:tcPr>
            <w:tcW w:w="8640" w:type="dxa"/>
          </w:tcPr>
          <w:p w14:paraId="57AE6CFC"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br/>
            </w:r>
            <w:r w:rsidRPr="00FB131A">
              <w:rPr>
                <w:rFonts w:ascii="Times New Roman" w:hAnsi="Times New Roman" w:cs="Times New Roman"/>
                <w:sz w:val="24"/>
                <w:szCs w:val="24"/>
                <w:lang w:val="pt-BR"/>
              </w:rPr>
              <w:br/>
            </w:r>
          </w:p>
        </w:tc>
      </w:tr>
      <w:tr w:rsidR="005C7E0D" w:rsidRPr="00FB131A" w14:paraId="3DFD3ECF" w14:textId="77777777">
        <w:tc>
          <w:tcPr>
            <w:tcW w:w="8640" w:type="dxa"/>
          </w:tcPr>
          <w:p w14:paraId="3213D5C9"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br/>
            </w:r>
            <w:r w:rsidRPr="00FB131A">
              <w:rPr>
                <w:rFonts w:ascii="Times New Roman" w:hAnsi="Times New Roman" w:cs="Times New Roman"/>
                <w:sz w:val="24"/>
                <w:szCs w:val="24"/>
                <w:lang w:val="pt-BR"/>
              </w:rPr>
              <w:br/>
            </w:r>
          </w:p>
        </w:tc>
      </w:tr>
      <w:tr w:rsidR="005C7E0D" w:rsidRPr="00FB131A" w14:paraId="62F03414" w14:textId="77777777">
        <w:tc>
          <w:tcPr>
            <w:tcW w:w="8640" w:type="dxa"/>
          </w:tcPr>
          <w:p w14:paraId="375F6D48"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br/>
            </w:r>
            <w:r w:rsidRPr="00FB131A">
              <w:rPr>
                <w:rFonts w:ascii="Times New Roman" w:hAnsi="Times New Roman" w:cs="Times New Roman"/>
                <w:sz w:val="24"/>
                <w:szCs w:val="24"/>
                <w:lang w:val="pt-BR"/>
              </w:rPr>
              <w:br/>
            </w:r>
          </w:p>
        </w:tc>
      </w:tr>
      <w:tr w:rsidR="005C7E0D" w:rsidRPr="00FB131A" w14:paraId="1C027B1A" w14:textId="77777777">
        <w:tc>
          <w:tcPr>
            <w:tcW w:w="8640" w:type="dxa"/>
          </w:tcPr>
          <w:p w14:paraId="340AC3B3"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br/>
            </w:r>
            <w:r w:rsidRPr="00FB131A">
              <w:rPr>
                <w:rFonts w:ascii="Times New Roman" w:hAnsi="Times New Roman" w:cs="Times New Roman"/>
                <w:sz w:val="24"/>
                <w:szCs w:val="24"/>
                <w:lang w:val="pt-BR"/>
              </w:rPr>
              <w:br/>
            </w:r>
          </w:p>
        </w:tc>
      </w:tr>
    </w:tbl>
    <w:p w14:paraId="26395C74" w14:textId="77777777" w:rsidR="005C7E0D" w:rsidRPr="00FB131A" w:rsidRDefault="004B45D8" w:rsidP="004824EC">
      <w:pPr>
        <w:pStyle w:val="Ttulo2"/>
        <w:jc w:val="both"/>
        <w:rPr>
          <w:rFonts w:ascii="Times New Roman" w:hAnsi="Times New Roman" w:cs="Times New Roman"/>
          <w:color w:val="auto"/>
          <w:sz w:val="24"/>
          <w:szCs w:val="24"/>
          <w:lang w:val="pt-BR"/>
        </w:rPr>
      </w:pPr>
      <w:r w:rsidRPr="00FB131A">
        <w:rPr>
          <w:rFonts w:ascii="Times New Roman" w:hAnsi="Times New Roman" w:cs="Times New Roman"/>
          <w:color w:val="auto"/>
          <w:sz w:val="24"/>
          <w:szCs w:val="24"/>
          <w:lang w:val="pt-BR"/>
        </w:rPr>
        <w:t>Observações Importantes</w:t>
      </w:r>
    </w:p>
    <w:p w14:paraId="39C70351" w14:textId="77777777" w:rsidR="004824EC" w:rsidRPr="00FB131A" w:rsidRDefault="004824EC" w:rsidP="004824EC">
      <w:pPr>
        <w:rPr>
          <w:rFonts w:ascii="Times New Roman" w:hAnsi="Times New Roman" w:cs="Times New Roman"/>
          <w:sz w:val="24"/>
          <w:szCs w:val="24"/>
          <w:lang w:val="pt-BR"/>
        </w:rPr>
      </w:pPr>
    </w:p>
    <w:p w14:paraId="30E8F95D" w14:textId="39EFF7BF" w:rsidR="004824EC" w:rsidRPr="00FB131A" w:rsidRDefault="004B45D8" w:rsidP="004824EC">
      <w:pPr>
        <w:spacing w:after="0" w:line="360" w:lineRule="auto"/>
        <w:jc w:val="both"/>
        <w:rPr>
          <w:rFonts w:ascii="Times New Roman" w:hAnsi="Times New Roman" w:cs="Times New Roman"/>
          <w:sz w:val="24"/>
          <w:szCs w:val="24"/>
          <w:lang w:val="pt-BR"/>
        </w:rPr>
      </w:pPr>
      <w:r w:rsidRPr="00FB131A">
        <w:rPr>
          <w:rFonts w:ascii="Times New Roman" w:hAnsi="Times New Roman" w:cs="Times New Roman"/>
          <w:sz w:val="24"/>
          <w:szCs w:val="24"/>
          <w:lang w:val="pt-BR"/>
        </w:rPr>
        <w:t xml:space="preserve">A Administradora Judicial atua exclusivamente na administração do processo de </w:t>
      </w:r>
      <w:r w:rsidR="00D83AC8" w:rsidRPr="00FB131A">
        <w:rPr>
          <w:rFonts w:ascii="Times New Roman" w:hAnsi="Times New Roman" w:cs="Times New Roman"/>
          <w:sz w:val="24"/>
          <w:szCs w:val="24"/>
          <w:lang w:val="pt-BR"/>
        </w:rPr>
        <w:t>falência</w:t>
      </w:r>
      <w:r w:rsidRPr="00FB131A">
        <w:rPr>
          <w:rFonts w:ascii="Times New Roman" w:hAnsi="Times New Roman" w:cs="Times New Roman"/>
          <w:sz w:val="24"/>
          <w:szCs w:val="24"/>
          <w:lang w:val="pt-BR"/>
        </w:rPr>
        <w:t>, não substituindo a empresa empregadora quanto às obrigações técnicas relativas ao PPP.</w:t>
      </w:r>
    </w:p>
    <w:p w14:paraId="115C1830" w14:textId="77777777" w:rsidR="00D83AC8" w:rsidRPr="00FB131A" w:rsidRDefault="00D83AC8" w:rsidP="004824EC">
      <w:pPr>
        <w:spacing w:after="0" w:line="360" w:lineRule="auto"/>
        <w:jc w:val="both"/>
        <w:rPr>
          <w:rFonts w:ascii="Times New Roman" w:hAnsi="Times New Roman" w:cs="Times New Roman"/>
          <w:sz w:val="24"/>
          <w:szCs w:val="24"/>
          <w:lang w:val="pt-BR"/>
        </w:rPr>
      </w:pPr>
    </w:p>
    <w:p w14:paraId="1A17A194" w14:textId="77777777" w:rsidR="004824EC" w:rsidRPr="00FB131A" w:rsidRDefault="004B45D8" w:rsidP="004824EC">
      <w:pPr>
        <w:spacing w:after="0" w:line="360" w:lineRule="auto"/>
        <w:jc w:val="both"/>
        <w:rPr>
          <w:rFonts w:ascii="Times New Roman" w:hAnsi="Times New Roman" w:cs="Times New Roman"/>
          <w:sz w:val="24"/>
          <w:szCs w:val="24"/>
          <w:lang w:val="pt-BR"/>
        </w:rPr>
      </w:pPr>
      <w:r w:rsidRPr="00FB131A">
        <w:rPr>
          <w:rFonts w:ascii="Times New Roman" w:hAnsi="Times New Roman" w:cs="Times New Roman"/>
          <w:sz w:val="24"/>
          <w:szCs w:val="24"/>
          <w:lang w:val="pt-BR"/>
        </w:rPr>
        <w:t>O documento será elaborado exclusivamente com base na documentação disponível. A Administradora Judicial não realiza inspeções técnicas, perícias ambientais ou avaliações do ambiente de trabalho, nem possui engenheiro de segurança do trabalho ou médico do trabalho responsável pela emissão de laudos técnicos.</w:t>
      </w:r>
    </w:p>
    <w:p w14:paraId="228412B4" w14:textId="77777777" w:rsidR="004824EC" w:rsidRPr="00FB131A" w:rsidRDefault="004824EC" w:rsidP="004824EC">
      <w:pPr>
        <w:spacing w:after="0" w:line="360" w:lineRule="auto"/>
        <w:jc w:val="both"/>
        <w:rPr>
          <w:rFonts w:ascii="Times New Roman" w:hAnsi="Times New Roman" w:cs="Times New Roman"/>
          <w:sz w:val="24"/>
          <w:szCs w:val="24"/>
          <w:lang w:val="pt-BR"/>
        </w:rPr>
      </w:pPr>
    </w:p>
    <w:p w14:paraId="019C96FA" w14:textId="321C3BFD" w:rsidR="005C7E0D" w:rsidRPr="00FB131A" w:rsidRDefault="004B45D8" w:rsidP="004824EC">
      <w:pPr>
        <w:spacing w:after="0" w:line="360" w:lineRule="auto"/>
        <w:jc w:val="both"/>
        <w:rPr>
          <w:rFonts w:ascii="Times New Roman" w:hAnsi="Times New Roman" w:cs="Times New Roman"/>
          <w:sz w:val="24"/>
          <w:szCs w:val="24"/>
          <w:lang w:val="pt-BR"/>
        </w:rPr>
      </w:pPr>
      <w:r w:rsidRPr="00FB131A">
        <w:rPr>
          <w:rFonts w:ascii="Times New Roman" w:hAnsi="Times New Roman" w:cs="Times New Roman"/>
          <w:sz w:val="24"/>
          <w:szCs w:val="24"/>
          <w:lang w:val="pt-BR"/>
        </w:rPr>
        <w:t>Assim, não serão atestadas condições de insalubridade, periculosidade ou exposição a agentes nocivos sem a existência de documentação técnica idônea (LTCAT, PGR, PPRA, PCMSO, laudos técnicos ou documentos equivalentes elaborados por profissional legalmente habilitado).</w:t>
      </w:r>
    </w:p>
    <w:p w14:paraId="58DD2FBE" w14:textId="77777777" w:rsidR="006636E0" w:rsidRPr="00FB131A" w:rsidRDefault="006636E0" w:rsidP="004824EC">
      <w:pPr>
        <w:spacing w:after="0" w:line="360" w:lineRule="auto"/>
        <w:jc w:val="both"/>
        <w:rPr>
          <w:rFonts w:ascii="Times New Roman" w:hAnsi="Times New Roman" w:cs="Times New Roman"/>
          <w:sz w:val="24"/>
          <w:szCs w:val="24"/>
          <w:lang w:val="pt-BR"/>
        </w:rPr>
      </w:pPr>
    </w:p>
    <w:p w14:paraId="6F589736" w14:textId="77777777" w:rsidR="005C7E0D" w:rsidRPr="00FB131A" w:rsidRDefault="004B45D8" w:rsidP="004824EC">
      <w:pPr>
        <w:pStyle w:val="Ttulo2"/>
        <w:jc w:val="both"/>
        <w:rPr>
          <w:rFonts w:ascii="Times New Roman" w:hAnsi="Times New Roman" w:cs="Times New Roman"/>
          <w:color w:val="auto"/>
          <w:sz w:val="24"/>
          <w:szCs w:val="24"/>
          <w:lang w:val="pt-BR"/>
        </w:rPr>
      </w:pPr>
      <w:r w:rsidRPr="00FB131A">
        <w:rPr>
          <w:rFonts w:ascii="Times New Roman" w:hAnsi="Times New Roman" w:cs="Times New Roman"/>
          <w:color w:val="auto"/>
          <w:sz w:val="24"/>
          <w:szCs w:val="24"/>
          <w:lang w:val="pt-BR"/>
        </w:rPr>
        <w:t>Declaração do Requerente</w:t>
      </w:r>
    </w:p>
    <w:p w14:paraId="2D2EE909" w14:textId="77777777" w:rsidR="004824EC" w:rsidRPr="00FB131A" w:rsidRDefault="004824EC" w:rsidP="004824EC">
      <w:pPr>
        <w:rPr>
          <w:rFonts w:ascii="Times New Roman" w:hAnsi="Times New Roman" w:cs="Times New Roman"/>
          <w:sz w:val="24"/>
          <w:szCs w:val="24"/>
          <w:lang w:val="pt-BR"/>
        </w:rPr>
      </w:pPr>
    </w:p>
    <w:p w14:paraId="34ADDAC5" w14:textId="77777777" w:rsidR="005C7E0D" w:rsidRPr="00FB131A" w:rsidRDefault="004B45D8" w:rsidP="004824EC">
      <w:pPr>
        <w:jc w:val="both"/>
        <w:rPr>
          <w:rFonts w:ascii="Times New Roman" w:hAnsi="Times New Roman" w:cs="Times New Roman"/>
          <w:sz w:val="24"/>
          <w:szCs w:val="24"/>
          <w:lang w:val="pt-BR"/>
        </w:rPr>
      </w:pPr>
      <w:r w:rsidRPr="00FB131A">
        <w:rPr>
          <w:rFonts w:ascii="Times New Roman" w:hAnsi="Times New Roman" w:cs="Times New Roman"/>
          <w:sz w:val="24"/>
          <w:szCs w:val="24"/>
          <w:lang w:val="pt-BR"/>
        </w:rPr>
        <w:t>Declaro que as informações prestadas são verdadeiras e que os documentos anexados correspondem ao vínculo empregatício informado.</w:t>
      </w:r>
    </w:p>
    <w:tbl>
      <w:tblPr>
        <w:tblStyle w:val="Tabelacomgrade"/>
        <w:tblW w:w="0" w:type="auto"/>
        <w:tblLook w:val="04A0" w:firstRow="1" w:lastRow="0" w:firstColumn="1" w:lastColumn="0" w:noHBand="0" w:noVBand="1"/>
      </w:tblPr>
      <w:tblGrid>
        <w:gridCol w:w="4316"/>
        <w:gridCol w:w="4314"/>
      </w:tblGrid>
      <w:tr w:rsidR="005C7E0D" w:rsidRPr="00FB131A" w14:paraId="72082BC6" w14:textId="77777777">
        <w:tc>
          <w:tcPr>
            <w:tcW w:w="4320" w:type="dxa"/>
          </w:tcPr>
          <w:p w14:paraId="0CAE8904"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lastRenderedPageBreak/>
              <w:t>Local e Data</w:t>
            </w:r>
          </w:p>
        </w:tc>
        <w:tc>
          <w:tcPr>
            <w:tcW w:w="4320" w:type="dxa"/>
          </w:tcPr>
          <w:p w14:paraId="1ECB22F1" w14:textId="77777777" w:rsidR="005C7E0D" w:rsidRPr="00FB131A" w:rsidRDefault="005C7E0D">
            <w:pPr>
              <w:rPr>
                <w:rFonts w:ascii="Times New Roman" w:hAnsi="Times New Roman" w:cs="Times New Roman"/>
                <w:sz w:val="24"/>
                <w:szCs w:val="24"/>
                <w:lang w:val="pt-BR"/>
              </w:rPr>
            </w:pPr>
          </w:p>
        </w:tc>
      </w:tr>
      <w:tr w:rsidR="005C7E0D" w:rsidRPr="00FB131A" w14:paraId="5DB3ACC3" w14:textId="77777777">
        <w:tc>
          <w:tcPr>
            <w:tcW w:w="4320" w:type="dxa"/>
          </w:tcPr>
          <w:p w14:paraId="3E843BEC" w14:textId="77777777" w:rsidR="005C7E0D" w:rsidRPr="00FB131A" w:rsidRDefault="004B45D8">
            <w:pPr>
              <w:rPr>
                <w:rFonts w:ascii="Times New Roman" w:hAnsi="Times New Roman" w:cs="Times New Roman"/>
                <w:sz w:val="24"/>
                <w:szCs w:val="24"/>
                <w:lang w:val="pt-BR"/>
              </w:rPr>
            </w:pPr>
            <w:r w:rsidRPr="00FB131A">
              <w:rPr>
                <w:rFonts w:ascii="Times New Roman" w:hAnsi="Times New Roman" w:cs="Times New Roman"/>
                <w:sz w:val="24"/>
                <w:szCs w:val="24"/>
                <w:lang w:val="pt-BR"/>
              </w:rPr>
              <w:t>Assinatura do Requerente</w:t>
            </w:r>
          </w:p>
        </w:tc>
        <w:tc>
          <w:tcPr>
            <w:tcW w:w="4320" w:type="dxa"/>
          </w:tcPr>
          <w:p w14:paraId="71FBA346" w14:textId="77777777" w:rsidR="005C7E0D" w:rsidRPr="00FB131A" w:rsidRDefault="005C7E0D">
            <w:pPr>
              <w:rPr>
                <w:rFonts w:ascii="Times New Roman" w:hAnsi="Times New Roman" w:cs="Times New Roman"/>
                <w:sz w:val="24"/>
                <w:szCs w:val="24"/>
                <w:lang w:val="pt-BR"/>
              </w:rPr>
            </w:pPr>
          </w:p>
        </w:tc>
      </w:tr>
    </w:tbl>
    <w:p w14:paraId="50F7AA40" w14:textId="77777777" w:rsidR="004B45D8" w:rsidRPr="00FB131A" w:rsidRDefault="004B45D8">
      <w:pPr>
        <w:rPr>
          <w:rFonts w:ascii="Times New Roman" w:hAnsi="Times New Roman" w:cs="Times New Roman"/>
          <w:sz w:val="24"/>
          <w:szCs w:val="24"/>
          <w:lang w:val="pt-BR"/>
        </w:rPr>
      </w:pPr>
    </w:p>
    <w:p w14:paraId="3E86031F" w14:textId="77777777" w:rsidR="00CF4A26" w:rsidRPr="00FB131A" w:rsidRDefault="00CF4A26">
      <w:pPr>
        <w:rPr>
          <w:rFonts w:ascii="Times New Roman" w:hAnsi="Times New Roman" w:cs="Times New Roman"/>
          <w:sz w:val="24"/>
          <w:szCs w:val="24"/>
          <w:lang w:val="pt-BR"/>
        </w:rPr>
      </w:pPr>
    </w:p>
    <w:p w14:paraId="2B080DF4" w14:textId="6CB4BD64" w:rsidR="00CF4A26" w:rsidRPr="00FB131A" w:rsidRDefault="00CF4A26" w:rsidP="00CF4A26">
      <w:pPr>
        <w:spacing w:after="0" w:line="360" w:lineRule="auto"/>
        <w:jc w:val="both"/>
        <w:rPr>
          <w:rFonts w:ascii="Times New Roman" w:hAnsi="Times New Roman" w:cs="Times New Roman"/>
          <w:sz w:val="24"/>
          <w:szCs w:val="24"/>
          <w:lang w:val="pt-BR"/>
        </w:rPr>
      </w:pPr>
      <w:r w:rsidRPr="00FB131A">
        <w:rPr>
          <w:rFonts w:ascii="Times New Roman" w:hAnsi="Times New Roman" w:cs="Times New Roman"/>
          <w:b/>
          <w:sz w:val="24"/>
          <w:szCs w:val="24"/>
          <w:lang w:val="pt-BR"/>
        </w:rPr>
        <w:t xml:space="preserve">* </w:t>
      </w:r>
      <w:r w:rsidRPr="00FB131A">
        <w:rPr>
          <w:rFonts w:ascii="Times New Roman" w:hAnsi="Times New Roman" w:cs="Times New Roman"/>
          <w:sz w:val="24"/>
          <w:szCs w:val="24"/>
          <w:lang w:val="pt-BR"/>
        </w:rPr>
        <w:t>Todos os documentos deverão ser enviados diretamente para a administradora judicial através d</w:t>
      </w:r>
      <w:r w:rsidR="00FF5A11">
        <w:rPr>
          <w:rFonts w:ascii="Times New Roman" w:hAnsi="Times New Roman" w:cs="Times New Roman"/>
          <w:sz w:val="24"/>
          <w:szCs w:val="24"/>
          <w:lang w:val="pt-BR"/>
        </w:rPr>
        <w:t>o e-mail próprio do processo, disponível no</w:t>
      </w:r>
      <w:r w:rsidRPr="00FB131A">
        <w:rPr>
          <w:rFonts w:ascii="Times New Roman" w:hAnsi="Times New Roman" w:cs="Times New Roman"/>
          <w:sz w:val="24"/>
          <w:szCs w:val="24"/>
          <w:lang w:val="pt-BR"/>
        </w:rPr>
        <w:t xml:space="preserve"> nosso site (</w:t>
      </w:r>
      <w:hyperlink r:id="rId6" w:history="1">
        <w:r w:rsidRPr="00FB131A">
          <w:rPr>
            <w:rStyle w:val="Hyperlink"/>
            <w:rFonts w:ascii="Times New Roman" w:hAnsi="Times New Roman" w:cs="Times New Roman"/>
            <w:sz w:val="24"/>
            <w:szCs w:val="24"/>
            <w:lang w:val="pt-BR"/>
          </w:rPr>
          <w:t>www.axisaj.com.br</w:t>
        </w:r>
      </w:hyperlink>
      <w:r w:rsidRPr="00FB131A">
        <w:rPr>
          <w:rFonts w:ascii="Times New Roman" w:hAnsi="Times New Roman" w:cs="Times New Roman"/>
          <w:sz w:val="24"/>
          <w:szCs w:val="24"/>
          <w:lang w:val="pt-BR"/>
        </w:rPr>
        <w:t xml:space="preserve">), e eventuais dúvidas poderão ser sanadas por telefone (11) 3031-2480 ou e-mail: </w:t>
      </w:r>
      <w:hyperlink r:id="rId7" w:history="1">
        <w:r w:rsidRPr="00FB131A">
          <w:rPr>
            <w:rStyle w:val="Hyperlink"/>
            <w:rFonts w:ascii="Times New Roman" w:hAnsi="Times New Roman" w:cs="Times New Roman"/>
            <w:sz w:val="24"/>
            <w:szCs w:val="24"/>
            <w:lang w:val="pt-BR"/>
          </w:rPr>
          <w:t>contato@axisaj.com.br</w:t>
        </w:r>
      </w:hyperlink>
      <w:r w:rsidRPr="00FB131A">
        <w:rPr>
          <w:rFonts w:ascii="Times New Roman" w:hAnsi="Times New Roman" w:cs="Times New Roman"/>
          <w:sz w:val="24"/>
          <w:szCs w:val="24"/>
          <w:lang w:val="pt-BR"/>
        </w:rPr>
        <w:t>.</w:t>
      </w:r>
    </w:p>
    <w:sectPr w:rsidR="00CF4A26" w:rsidRPr="00FB131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1387030643">
    <w:abstractNumId w:val="8"/>
  </w:num>
  <w:num w:numId="2" w16cid:durableId="1759909185">
    <w:abstractNumId w:val="6"/>
  </w:num>
  <w:num w:numId="3" w16cid:durableId="1584029916">
    <w:abstractNumId w:val="5"/>
  </w:num>
  <w:num w:numId="4" w16cid:durableId="1988968794">
    <w:abstractNumId w:val="4"/>
  </w:num>
  <w:num w:numId="5" w16cid:durableId="1714187599">
    <w:abstractNumId w:val="7"/>
  </w:num>
  <w:num w:numId="6" w16cid:durableId="1177188225">
    <w:abstractNumId w:val="3"/>
  </w:num>
  <w:num w:numId="7" w16cid:durableId="1417243224">
    <w:abstractNumId w:val="2"/>
  </w:num>
  <w:num w:numId="8" w16cid:durableId="209610256">
    <w:abstractNumId w:val="1"/>
  </w:num>
  <w:num w:numId="9" w16cid:durableId="749545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824EC"/>
    <w:rsid w:val="004B45D8"/>
    <w:rsid w:val="005C7E0D"/>
    <w:rsid w:val="006636E0"/>
    <w:rsid w:val="006A633C"/>
    <w:rsid w:val="008E4C21"/>
    <w:rsid w:val="00AA1D8D"/>
    <w:rsid w:val="00AF3EA4"/>
    <w:rsid w:val="00B47730"/>
    <w:rsid w:val="00B906DA"/>
    <w:rsid w:val="00CB0664"/>
    <w:rsid w:val="00CF4A26"/>
    <w:rsid w:val="00D83AC8"/>
    <w:rsid w:val="00FB131A"/>
    <w:rsid w:val="00FC693F"/>
    <w:rsid w:val="00FF5A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279013"/>
  <w14:defaultImageDpi w14:val="300"/>
  <w15:docId w15:val="{5E34B269-09A6-4CB8-87B4-E38FE2DDC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Fontepargpadro"/>
    <w:uiPriority w:val="99"/>
    <w:unhideWhenUsed/>
    <w:rsid w:val="00CF4A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tato@axisaj.com.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xisaj.com.b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359</Words>
  <Characters>1943</Characters>
  <Application>Microsoft Office Word</Application>
  <DocSecurity>0</DocSecurity>
  <Lines>16</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Anderson Santos</cp:lastModifiedBy>
  <cp:revision>7</cp:revision>
  <dcterms:created xsi:type="dcterms:W3CDTF">2026-09-14T19:02:00Z</dcterms:created>
  <dcterms:modified xsi:type="dcterms:W3CDTF">2026-09-17T19:43:00Z</dcterms:modified>
  <cp:category/>
</cp:coreProperties>
</file>